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הגלובלי של מוצר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ולזהות דוגמאות לה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אחרי מסע של מוצר ממקור חומר הגלם ועד לצרכן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גיאוגרפיים מרכזיים במסחר הבינלאומי (אוקיינוסים, מצרים, תעלות)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תהליך הגלובליזציה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גלובליזציה? – היכרות עם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מדינות וכלכלות בעולם מתחברות ומשפיעות זו על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התווית שכתוב בה שהיא נתפרה בוייטנאם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עולם שבו מרחקים מרגישים קטנים יותר בזכות קשרים וסחר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גלובליזציה? – דוגמאות ותהליך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החולצה תוצרה בוייטנאם, רחוק מהבית של 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גלובליזציה היא התהליך שמאפשר חיבור וסחר בין מדינות רחוקות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ביומן המעקב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שמונה תחנות, שמונה מנעולים, שמונה אותיות לקוד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גלובליזציה?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גלובליזציה?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בזכות גלובליזציה - חיבור בין מדינות דרך תחבורה, סחר ושיתוף פעולה בייצור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סבירה עם הסבר על ייצור במדינה אחת והפצה למדינות אחרות, למשל מכשיר אלקטרוני או מזון מיובא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היא חוקרת ועוקבת אחרי מידע קטן (התווית) כדי לגלות סיפור גדול יותר, כמו בלשית שפותרת תעלומה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מחומר גלם למוצר: סיפור הכותנה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כותנה גדלה כצמח בשדות, ומהפרחים שלה נוצרים סיבים 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הייתה ההפתעה שגרמה למיקה להתחיל לחקור מאיפה הגיעה החולצה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חומר הגלם מתחיל כצמח כותנה, ורק אחר כך הופך לחוט ולבד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מחומר גלם למוצר: סיפור הכותנה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צמח כותנה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חוט (או: 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מחומר גלם למוצר: סיפור הכותנה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שכל מדינה תעשה את השלב שהיא טובה או זולה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המדינה שבה גדלה הכותנה מספקת את חומר הגלם, והמדינה שבה נתפרה הופכת אותו למוצר 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מחומר גלם למוצר: סיפור הכותנה – סידור שלבים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צמח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הפקת סיבי כותנה מהצמח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טוויית הסיבים לחוט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אריגת החוט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תפירת הבד לחולצה מוגמרת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תחנות בדרך: ימים, מצרים ותעלות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תעלת סואץ היא תעלה מלאכותית שבני אדם חפרו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מצר מחבר בין שני גופי מים ומאפשר מעבר אוניות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תחנות בדרך: ימים, מצרים ותעלות – הגדרות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 מים ענק שמפריד בין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האוקיינוס האטלנטי והאוקיינוס השקט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תחנות בדרך: ימים, מצרים ותעלות – יישום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סואץ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אינדונזיה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תחנות בדרך: ימים, מצרים ותעלות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הן מקצרות מאוד את המרחק והזמן שאוניות צריכות לשוט, במקום לעקוף יבשות 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אוניות ייאלצו לעקוף את אפריקה, המסע יתארך מאוד והמחירים עלולים לעלות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שרשרת אספקה גלובלית: מדינה אחת לכל שלב – היכרות עם המסע של החולצה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מיקה מצאה את זה כשהפכה את החולצה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בגלובליזציה כל שלב יכול לקרות במדינה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שלב יכול להתבצע במקום אחר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שרשרת אספקה גלובלית: מדינה אחת לכל שלב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השלבים מגידול החומר ועד שהמוצר מגיע לצרכן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בכל מדינה יש תנאים, עלות עבודה וחומרים שונים שמתאימים לשלב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שרשרת אספקה גלובלית: מדינה אחת לכל שלב – התאמה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(שדה חקלאי במדינה עם אקלים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(הפיכת סיבי כותנה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(הרכבת הבד לבגד מוכן)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(החנות שבה הצרכן קונה את החולצה)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יתרונות וחסרונות של עולם גלובלי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גלובליזציה היא תהליך של קשרים כלכליים, תרבותיים וסביבתיים בין 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נוצרת שרשרת ייצור שחוצה גבולות בין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יתרונות וחסרונות של עולם גלובלי – מה אנחנו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מוצרים זולים יותר לצרכן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פליטת גזי חממה מכלי השיט והמטוסים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יתרונות וחסרונות של עולם גלובלי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שרשרת אספקה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יתרונות וחסרונות של עולם גלובלי – סיווג השפעות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(השפעה כלכלית)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(השפעה סביבתית)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(השפעה תרבותית)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(השפעה כלכלית)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הגדרה נכונה של חיבור בין מדינות ודוגמה רלוונטית ומדויקת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של סדר הגיוני: גידול/חומר גלם, ייצור, הפצה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מציגה נימוק הגיוני המבוסס על מושגים שנלמדו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לשני עד שלושה שיעורים: פרקים 1-2, פרק 3, ופרקים 4-5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בזוגות או בקבוצות קטנות, בדומה לעבודת הצוות במשחק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פרק 3 לזיהוי שמות בלבד ללא ניתוח מעמיק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בכיתה על דוגמה נוספת של מוצר ומסעו הגלובלי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הגלובלי של מוצר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נעקוב אחרי חולצה שעושה מסע ארוך. בכל פרק יש שאלות קצרות. עונים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בעולם מתחברות זו לזו בכלכלה, תרבות ומסחר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שמתאר את העולם כאילו הוא מקום קטן ומחובר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שמוצר עובר מחומר גלם ועד לצרכן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מוצרים ממדינה אחרת לתוך המדינה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מוצרים מהמדינה שלנו למדינות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חומר גלם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טבעי שממנו מייצרים מוצר, כמו כותנה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רצועת ים צרה המחברת בין שני ימים או אוקיינוסים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נתיב מים מלאכותי שנחפר כדי לקצר דרך לספינות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ייצור המוני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כמויות גדולות של מוצר זהה, לרוב במפעלים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ומכירה של מוצרים בין מדינות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גלובליזציה? – היכרות עם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היא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מדינות וכלכלות בעולם מתחברות ומשפיעות זו על 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שמחייב כל מדינה לייצר הכל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ספורט בין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 לתיירות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מיקה מתחילה לחקור את החולצה?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התווית שכתוב בה שהיא נתפרה בוייטנאם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הצבע הכחול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שהיא קרועה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שהיא קנתה אותה בחנות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'כפר עולמי'?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שבו מרחקים מרגישים קטנים יותר בזכות קשרים וסחר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 קטן אחד שמייצר את כל המוצרים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אתר תיירות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מדינה חדשה שהוקמה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תחנות יש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גלובליזציה? – דוגמאות ותהליך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החולצה של מיקה נתפרה באותה מדינה שבה היא גרה.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גלובליזציה, קשה היה לייצר מוצר במדינה אחת ולמכור אותו במדינה רחוקה.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מיקה עוקבת אחרי החולצה החל מהצמח שממנו היא נולדה ועד הרגע שהיא תפסיק לשמש כחולצה.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במשחק יש מנעול שצריך לפתור כדי לקבל 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גלובליזציה?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שמתארת עולם שבו מדינות רחוקות מחוברות זו לזו כמו כפר אחד נקראת 'הכפר ה__________'.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לפתור מנעול שתקוע אפשר להשתמש ב-3 __________ שמורידים נקודות.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גלובליזציה?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חתיכת בד שגדלה בצד אחד של העולם יכולה להפוך לחולצה שנלבשת בצד השני?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נוספת (לא החולצה) למוצר יומיומי שמגיע ממקום רחוק, והסבירו בקצרה את המסע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מיקה קוראת לעצמה 'בלשית תוויות'?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מחומר גלם למוצר: סיפור הכותנה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כותנה היא סוג של צמח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התווית בחולצה של מיקה כתבה Made in Vietnam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הגלם של חולצת כותנה מתחיל את דרכו כבר כבד ארוג מוכן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מחומר גלם למוצר: סיפור הכותנה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הכותנה שממנה נוצרים חוטי הבד גדלה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שעובר שלבי ייצור שונים במדינות שונות נקרא מוצר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שהחולצה נתפרת, הכותנה צריכה להפוך קודם כל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מחומר גלם למוצר: סיפור הכותנה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מייצרים חלקים שונים של אותה חולצה במדינות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מדינה תעשה את השלב שהיא טובה או זולה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חוקי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מפעלים גדולים מספיק במדינה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מקצר את זמן המשלוח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כל מדינה במסע של החולצה?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זו תמיד אותה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המדינה שבה גדלה הכותנה מספקת את חומר הגלם, והמדינה שבה נתפרה הופכת אותו למוצר מוגמר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המדינה שבה גדלה הכותנה היא תמיד זו שמוכרת את הבגד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המדינה שתופרת היא זו שמגדלת את הכותנה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מחומר גלם למוצר: סיפור הכותנה – סידור שלבים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טוויית הסיבים לחוט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אריגת החוט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צמח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תפירת הבד לחולצה מוגמרת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הפקת סיבי כותנה מהצמח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תחנות בדרך: ימים, מצרים ותעלות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סואץ היא מעבר מים טבעי שנוצר על ידי הטבע, בלי שום עבודה אנושית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מצר הוא רצועת ים צרה שמחברת בין שני ימים או אוקיינוסים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תחנות בדרך: ימים, מצרים ותעלות – הגדרות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הנכונה לתיאור ים ענק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מים ענק שמפריד בין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קטן בתוך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גבוה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תעלה שחפרו בני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מדינה נמצאת תעלת סואץ?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ימים גדולים מתחברים בתעלת פנמה?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האוקיינוס האטלנטי והאוקיינוס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התיכון והים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האוקיינוס ההודי והים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הכספי והים האדריאטי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תחנות בדרך: ימים, מצרים ותעלות – יישום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תעלת __________ מחברת בין הים התיכון לים 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מצר מלקה הוא נתיב שיט חשוב באסיה, הנמצא ליד מלזיה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תחנות בדרך: ימים, מצרים ותעלות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תעלות כמו סואץ ופנמה חשובות כל כך למסחר העולמי?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עלול לקרות למסחר העולמי אם תעלת סואץ תיסגר לשבוע שלם?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שרשרת אספקה גלובלית: מדינה אחת לכל שלב – היכרות עם המסע של החולצה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התווית של החולצה של מיקה היה כתוב Made in Vietnam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שלבי ייצור החולצה (גידול הכותנה, אריגה, תפירה, מכירה) קורים תמיד באותה 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אספקה היא רצף של שלבים שמוצר עובר מהחומר הגלם ועד החנות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שרשרת אספקה גלובלית: מדינה אחת לכל שלב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הכוונה בביטוי שרשרת 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כל החנויות שמוכרות חולצות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השלבים מגידול החומר ועד שהמוצר מגיע לצרכן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שהחולצה עולה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 הבד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חברות מייצרות מוצר אחד במספר מדינות שונות, ולא רק במדינה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יותר יקר 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בכל מדינה יש תנאים, עלות עבודה וחומרים שונים שמתאימים לשלב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לייצר הכל במקום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מה שהחוק דורש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שרשרת אספקה גלובלית: מדינה אחת לכל שלב – התאמה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גידול כותנה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החנות שבה הצרכן קונה את החולצה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טוויה ואריגה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שדה חקלאי במדינה עם אקלים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הפיכת סיבי כותנה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הרכבת הבד לבגד מוכן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יתרונות וחסרונות של עולם גלובלי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פירושה שהעולם הופך להיות מחובר ותלוי יותר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חולצה במדינה אחת ומכירתה במדינה אחרת היא דוגמה לגלובליזציה כלכלית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יתרונות וחסרונות של עולם גלובלי – מה אנחנו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 בכך שמדינות קונות ומוכרות זו לזו?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מוצרים זולים יותר לצרכן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זיהום אוויר מהובלה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אובדן מסורות 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ניצול עובדים בשכר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חיסרון סביבתי אפשרי של הובלת מוצרים למרחקים ארוכים?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פליטת גזי חממה מכלי השיט והמטוסים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ירידת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מגוון תרבותי רחב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יצירת מקומות עבודה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יתרונות וחסרונות של עולם גלובלי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מוצר אחד מיוצר בכמה מדינות שונות עד שהוא מגיע לצרכן, קוראים לכך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מוצרים שמיוצרים במדינות עם שכר עבודה נמוך הם בדרך כלל __________ יותר לצרכן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יתרונות וחסרונות של עולם גלובלי – סיווג השפעות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ייבוא בדים מוייטנאם לייצור חולצות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השפעה כלכלית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זיהום מספינות משא בדרך הארוכה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השפעה כלכלית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התפשטות אופנה ומוזיקה בין 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השפעה סביבתית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תחרות בין חברות ממדינות שונות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השפעה תרבותית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מהי גלובליזציה, בעזרת דוגמה מהחיים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שרטטו או כתבו שלושה שלבים במסע של מוצר מחומר גלם עד לחנות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יתרון אחד וחיסרון אחד של הגלובליזציה, והסבירו למה בחרתם בהם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גלובליזציה: המסע הגלובלי של מוצר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